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Solicitud de empleo · Personal operativo</w:t>
      </w:r>
    </w:p>
    <w:p>
      <w:r>
        <w:rPr>
          <w:color w:val="555555"/>
          <w:sz w:val="18"/>
        </w:rPr>
        <w:t>Llena lo que sepas. Los datos marcados con * los pide el puesto; los documentos oficiales se piden hasta el día de tu contratación.</w:t>
      </w:r>
    </w:p>
    <w:p>
      <w:pPr>
        <w:spacing w:before="160" w:after="40"/>
      </w:pPr>
      <w:r>
        <w:rPr>
          <w:b/>
          <w:sz w:val="21"/>
        </w:rPr>
        <w:t>1. Puesto</w:t>
      </w:r>
    </w:p>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Puesto que solicitas *</w:t>
            </w:r>
          </w:p>
          <w:p/>
        </w:tc>
        <w:tc>
          <w:tcPr>
            <w:tcW w:type="dxa" w:w="3458"/>
          </w:tcPr>
          <w:p>
            <w:r>
              <w:rPr>
                <w:color w:val="555555"/>
                <w:sz w:val="15"/>
              </w:rPr>
              <w:t>Fecha</w:t>
            </w:r>
          </w:p>
          <w:p/>
        </w:tc>
      </w:tr>
    </w:tbl>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Empresa o planta</w:t>
            </w:r>
          </w:p>
          <w:p/>
        </w:tc>
        <w:tc>
          <w:tcPr>
            <w:tcW w:type="dxa" w:w="3458"/>
          </w:tcPr>
          <w:p>
            <w:r>
              <w:rPr>
                <w:color w:val="555555"/>
                <w:sz w:val="15"/>
              </w:rPr>
              <w:t>¿Cómo te enteraste de la vacante?</w:t>
            </w:r>
          </w:p>
          <w:p/>
        </w:tc>
      </w:tr>
    </w:tbl>
    <w:p>
      <w:pPr>
        <w:spacing w:before="160" w:after="40"/>
      </w:pPr>
      <w:r>
        <w:rPr>
          <w:b/>
          <w:sz w:val="21"/>
        </w:rPr>
        <w:t>2. Datos de contacto</w:t>
      </w:r>
    </w:p>
    <w:tbl>
      <w:tblPr>
        <w:tblStyle w:val="TableGrid"/>
        <w:tblW w:type="auto" w:w="0"/>
        <w:tblLayout w:type="fixed"/>
        <w:tblLook w:firstColumn="1" w:firstRow="1" w:lastColumn="0" w:lastRow="0" w:noHBand="0" w:noVBand="1" w:val="04A0"/>
      </w:tblPr>
      <w:tblGrid>
        <w:gridCol w:w="10426"/>
      </w:tblGrid>
      <w:tr>
        <w:tc>
          <w:tcPr>
            <w:tcW w:type="dxa" w:w="10375"/>
          </w:tcPr>
          <w:p>
            <w:r>
              <w:rPr>
                <w:color w:val="555555"/>
                <w:sz w:val="15"/>
              </w:rPr>
              <w:t>Nombre completo *</w:t>
            </w:r>
          </w:p>
          <w:p/>
        </w:tc>
      </w:tr>
    </w:tbl>
    <w:tbl>
      <w:tblPr>
        <w:tblStyle w:val="TableGrid"/>
        <w:tblW w:type="auto" w:w="0"/>
        <w:tblLayout w:type="fixed"/>
        <w:tblLook w:firstColumn="1" w:firstRow="1" w:lastColumn="0" w:lastRow="0" w:noHBand="0" w:noVBand="1" w:val="04A0"/>
      </w:tblPr>
      <w:tblGrid>
        <w:gridCol w:w="5213"/>
        <w:gridCol w:w="5213"/>
      </w:tblGrid>
      <w:tr>
        <w:tc>
          <w:tcPr>
            <w:tcW w:type="dxa" w:w="5187"/>
          </w:tcPr>
          <w:p>
            <w:r>
              <w:rPr>
                <w:color w:val="555555"/>
                <w:sz w:val="15"/>
              </w:rPr>
              <w:t>Teléfono o WhatsApp *</w:t>
            </w:r>
          </w:p>
          <w:p/>
        </w:tc>
        <w:tc>
          <w:tcPr>
            <w:tcW w:type="dxa" w:w="5187"/>
          </w:tcPr>
          <w:p>
            <w:r>
              <w:rPr>
                <w:color w:val="555555"/>
                <w:sz w:val="15"/>
              </w:rPr>
              <w:t>Correo (opcional)</w:t>
            </w:r>
          </w:p>
          <w:p/>
        </w:tc>
      </w:tr>
    </w:tbl>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Calle y número</w:t>
            </w:r>
          </w:p>
          <w:p/>
        </w:tc>
        <w:tc>
          <w:tcPr>
            <w:tcW w:type="dxa" w:w="3458"/>
          </w:tcPr>
          <w:p>
            <w:r>
              <w:rPr>
                <w:color w:val="555555"/>
                <w:sz w:val="15"/>
              </w:rPr>
              <w:t>Colonia</w:t>
            </w:r>
          </w:p>
          <w:p/>
        </w:tc>
      </w:tr>
    </w:tbl>
    <w:tbl>
      <w:tblPr>
        <w:tblStyle w:val="TableGrid"/>
        <w:tblW w:type="auto" w:w="0"/>
        <w:tblLayout w:type="fixed"/>
        <w:tblLook w:firstColumn="1" w:firstRow="1" w:lastColumn="0" w:lastRow="0" w:noHBand="0" w:noVBand="1" w:val="04A0"/>
      </w:tblPr>
      <w:tblGrid>
        <w:gridCol w:w="5213"/>
        <w:gridCol w:w="5213"/>
      </w:tblGrid>
      <w:tr>
        <w:tc>
          <w:tcPr>
            <w:tcW w:type="dxa" w:w="5187"/>
          </w:tcPr>
          <w:p>
            <w:r>
              <w:rPr>
                <w:color w:val="555555"/>
                <w:sz w:val="15"/>
              </w:rPr>
              <w:t>Municipio *</w:t>
            </w:r>
          </w:p>
          <w:p/>
        </w:tc>
        <w:tc>
          <w:tcPr>
            <w:tcW w:type="dxa" w:w="5187"/>
          </w:tcPr>
          <w:p>
            <w:r>
              <w:rPr>
                <w:color w:val="555555"/>
                <w:sz w:val="15"/>
              </w:rPr>
              <w:t>Código postal</w:t>
            </w:r>
          </w:p>
          <w:p/>
        </w:tc>
      </w:tr>
    </w:tbl>
    <w:p>
      <w:pPr>
        <w:spacing w:before="160" w:after="40"/>
      </w:pPr>
      <w:r>
        <w:rPr>
          <w:b/>
          <w:sz w:val="21"/>
        </w:rPr>
        <w:t>3. Disponibilidad</w:t>
      </w:r>
    </w:p>
    <w:tbl>
      <w:tblPr>
        <w:tblStyle w:val="TableGrid"/>
        <w:tblW w:type="auto" w:w="0"/>
        <w:tblLayout w:type="fixed"/>
        <w:tblLook w:firstColumn="1" w:firstRow="1" w:lastColumn="0" w:lastRow="0" w:noHBand="0" w:noVBand="1" w:val="04A0"/>
      </w:tblPr>
      <w:tblGrid>
        <w:gridCol w:w="10426"/>
      </w:tblGrid>
      <w:tr>
        <w:tc>
          <w:tcPr>
            <w:tcW w:type="dxa" w:w="10375"/>
          </w:tcPr>
          <w:p>
            <w:r>
              <w:rPr>
                <w:color w:val="555555"/>
                <w:sz w:val="15"/>
              </w:rPr>
              <w:t>Turno que puedes cubrir *  (matutino · vespertino · nocturno · rotativo)</w:t>
            </w:r>
          </w:p>
          <w:p/>
        </w:tc>
      </w:tr>
    </w:tbl>
    <w:tbl>
      <w:tblPr>
        <w:tblStyle w:val="TableGrid"/>
        <w:tblW w:type="auto" w:w="0"/>
        <w:tblLayout w:type="fixed"/>
        <w:tblLook w:firstColumn="1" w:firstRow="1" w:lastColumn="0" w:lastRow="0" w:noHBand="0" w:noVBand="1" w:val="04A0"/>
      </w:tblPr>
      <w:tblGrid>
        <w:gridCol w:w="5213"/>
        <w:gridCol w:w="5213"/>
      </w:tblGrid>
      <w:tr>
        <w:tc>
          <w:tcPr>
            <w:tcW w:type="dxa" w:w="5187"/>
          </w:tcPr>
          <w:p>
            <w:r>
              <w:rPr>
                <w:color w:val="555555"/>
                <w:sz w:val="15"/>
              </w:rPr>
              <w:t>Días que puedes trabajar *</w:t>
            </w:r>
          </w:p>
          <w:p/>
        </w:tc>
        <w:tc>
          <w:tcPr>
            <w:tcW w:type="dxa" w:w="5187"/>
          </w:tcPr>
          <w:p>
            <w:r>
              <w:rPr>
                <w:color w:val="555555"/>
                <w:sz w:val="15"/>
              </w:rPr>
              <w:t>¿Desde qué fecha puedes empezar? *</w:t>
            </w:r>
          </w:p>
          <w:p/>
        </w:tc>
      </w:tr>
    </w:tbl>
    <w:tbl>
      <w:tblPr>
        <w:tblStyle w:val="TableGrid"/>
        <w:tblW w:type="auto" w:w="0"/>
        <w:tblLayout w:type="fixed"/>
        <w:tblLook w:firstColumn="1" w:firstRow="1" w:lastColumn="0" w:lastRow="0" w:noHBand="0" w:noVBand="1" w:val="04A0"/>
      </w:tblPr>
      <w:tblGrid>
        <w:gridCol w:w="10426"/>
      </w:tblGrid>
      <w:tr>
        <w:tc>
          <w:tcPr>
            <w:tcW w:type="dxa" w:w="10375"/>
          </w:tcPr>
          <w:p>
            <w:r>
              <w:rPr>
                <w:color w:val="555555"/>
                <w:sz w:val="15"/>
              </w:rPr>
              <w:t>¿Cómo llegarías al trabajo?  (ruta de personal · camión · propio · otro)</w:t>
            </w:r>
          </w:p>
          <w:p/>
        </w:tc>
      </w:tr>
    </w:tbl>
    <w:p>
      <w:pPr>
        <w:spacing w:before="160" w:after="40"/>
      </w:pPr>
      <w:r>
        <w:rPr>
          <w:b/>
          <w:sz w:val="21"/>
        </w:rPr>
        <w:t>4. Escolaridad</w:t>
      </w:r>
    </w:p>
    <w:tbl>
      <w:tblPr>
        <w:tblStyle w:val="TableGrid"/>
        <w:tblW w:type="auto" w:w="0"/>
        <w:tblLayout w:type="fixed"/>
        <w:tblLook w:firstColumn="1" w:firstRow="1" w:lastColumn="0" w:lastRow="0" w:noHBand="0" w:noVBand="1" w:val="04A0"/>
      </w:tblPr>
      <w:tblGrid>
        <w:gridCol w:w="10426"/>
      </w:tblGrid>
      <w:tr>
        <w:tc>
          <w:tcPr>
            <w:tcW w:type="dxa" w:w="10375"/>
          </w:tcPr>
          <w:p>
            <w:r>
              <w:rPr>
                <w:color w:val="555555"/>
                <w:sz w:val="15"/>
              </w:rPr>
              <w:t>Último grado que terminaste  (primaria · secundaria · preparatoria · técnica · otra)</w:t>
            </w:r>
          </w:p>
          <w:p/>
        </w:tc>
      </w:tr>
    </w:tbl>
    <w:tbl>
      <w:tblPr>
        <w:tblStyle w:val="TableGrid"/>
        <w:tblW w:type="auto" w:w="0"/>
        <w:tblLayout w:type="fixed"/>
        <w:tblLook w:firstColumn="1" w:firstRow="1" w:lastColumn="0" w:lastRow="0" w:noHBand="0" w:noVBand="1" w:val="04A0"/>
      </w:tblPr>
      <w:tblGrid>
        <w:gridCol w:w="10426"/>
      </w:tblGrid>
      <w:tr>
        <w:tc>
          <w:tcPr>
            <w:tcW w:type="dxa" w:w="10375"/>
          </w:tcPr>
          <w:p>
            <w:r>
              <w:rPr>
                <w:color w:val="555555"/>
                <w:sz w:val="15"/>
              </w:rPr>
              <w:t>Cursos, certificados o licencias  (montacargas, licencia de manejo, etc.)</w:t>
            </w:r>
          </w:p>
          <w:p/>
        </w:tc>
      </w:tr>
    </w:tbl>
    <w:p>
      <w:pPr>
        <w:spacing w:before="160" w:after="40"/>
      </w:pPr>
      <w:r>
        <w:rPr>
          <w:b/>
          <w:sz w:val="21"/>
        </w:rPr>
        <w:t>5. Experiencia: tus dos últimos trabajos</w:t>
      </w:r>
    </w:p>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Empresa</w:t>
            </w:r>
          </w:p>
          <w:p/>
        </w:tc>
        <w:tc>
          <w:tcPr>
            <w:tcW w:type="dxa" w:w="3458"/>
          </w:tcPr>
          <w:p>
            <w:r>
              <w:rPr>
                <w:color w:val="555555"/>
                <w:sz w:val="15"/>
              </w:rPr>
              <w:t>Puesto</w:t>
            </w:r>
          </w:p>
          <w:p/>
        </w:tc>
      </w:tr>
    </w:tbl>
    <w:tbl>
      <w:tblPr>
        <w:tblStyle w:val="TableGrid"/>
        <w:tblW w:type="auto" w:w="0"/>
        <w:tblLayout w:type="fixed"/>
        <w:tblLook w:firstColumn="1" w:firstRow="1" w:lastColumn="0" w:lastRow="0" w:noHBand="0" w:noVBand="1" w:val="04A0"/>
      </w:tblPr>
      <w:tblGrid>
        <w:gridCol w:w="5213"/>
        <w:gridCol w:w="5213"/>
      </w:tblGrid>
      <w:tr>
        <w:tc>
          <w:tcPr>
            <w:tcW w:type="dxa" w:w="3458"/>
          </w:tcPr>
          <w:p>
            <w:r>
              <w:rPr>
                <w:color w:val="555555"/>
                <w:sz w:val="15"/>
              </w:rPr>
              <w:t>¿Cuánto tiempo?</w:t>
            </w:r>
          </w:p>
          <w:p/>
        </w:tc>
        <w:tc>
          <w:tcPr>
            <w:tcW w:type="dxa" w:w="6917"/>
          </w:tcPr>
          <w:p>
            <w:r>
              <w:rPr>
                <w:color w:val="555555"/>
                <w:sz w:val="15"/>
              </w:rPr>
              <w:t>¿Por qué saliste?</w:t>
            </w:r>
          </w:p>
          <w:p/>
        </w:tc>
      </w:tr>
    </w:tbl>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Empresa</w:t>
            </w:r>
          </w:p>
          <w:p/>
        </w:tc>
        <w:tc>
          <w:tcPr>
            <w:tcW w:type="dxa" w:w="3458"/>
          </w:tcPr>
          <w:p>
            <w:r>
              <w:rPr>
                <w:color w:val="555555"/>
                <w:sz w:val="15"/>
              </w:rPr>
              <w:t>Puesto</w:t>
            </w:r>
          </w:p>
          <w:p/>
        </w:tc>
      </w:tr>
    </w:tbl>
    <w:tbl>
      <w:tblPr>
        <w:tblStyle w:val="TableGrid"/>
        <w:tblW w:type="auto" w:w="0"/>
        <w:tblLayout w:type="fixed"/>
        <w:tblLook w:firstColumn="1" w:firstRow="1" w:lastColumn="0" w:lastRow="0" w:noHBand="0" w:noVBand="1" w:val="04A0"/>
      </w:tblPr>
      <w:tblGrid>
        <w:gridCol w:w="5213"/>
        <w:gridCol w:w="5213"/>
      </w:tblGrid>
      <w:tr>
        <w:tc>
          <w:tcPr>
            <w:tcW w:type="dxa" w:w="3458"/>
          </w:tcPr>
          <w:p>
            <w:r>
              <w:rPr>
                <w:color w:val="555555"/>
                <w:sz w:val="15"/>
              </w:rPr>
              <w:t>¿Cuánto tiempo?</w:t>
            </w:r>
          </w:p>
          <w:p/>
        </w:tc>
        <w:tc>
          <w:tcPr>
            <w:tcW w:type="dxa" w:w="6917"/>
          </w:tcPr>
          <w:p>
            <w:r>
              <w:rPr>
                <w:color w:val="555555"/>
                <w:sz w:val="15"/>
              </w:rPr>
              <w:t>¿Por qué saliste?</w:t>
            </w:r>
          </w:p>
          <w:p/>
        </w:tc>
      </w:tr>
    </w:tbl>
    <w:p>
      <w:pPr>
        <w:spacing w:before="160" w:after="40"/>
      </w:pPr>
      <w:r>
        <w:rPr>
          <w:b/>
          <w:sz w:val="21"/>
        </w:rPr>
        <w:t>6. Requisitos del puesto (los llena la empresa antes de entregar la solicitud)</w:t>
      </w:r>
    </w:p>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Requisito 1</w:t>
            </w:r>
          </w:p>
          <w:p/>
        </w:tc>
        <w:tc>
          <w:tcPr>
            <w:tcW w:type="dxa" w:w="3458"/>
          </w:tcPr>
          <w:p>
            <w:r>
              <w:rPr>
                <w:color w:val="555555"/>
                <w:sz w:val="15"/>
              </w:rPr>
              <w:t>Cumple:  sí · no</w:t>
            </w:r>
          </w:p>
          <w:p/>
        </w:tc>
      </w:tr>
    </w:tbl>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Requisito 2</w:t>
            </w:r>
          </w:p>
          <w:p/>
        </w:tc>
        <w:tc>
          <w:tcPr>
            <w:tcW w:type="dxa" w:w="3458"/>
          </w:tcPr>
          <w:p>
            <w:r>
              <w:rPr>
                <w:color w:val="555555"/>
                <w:sz w:val="15"/>
              </w:rPr>
              <w:t>Cumple:  sí · no</w:t>
            </w:r>
          </w:p>
          <w:p/>
        </w:tc>
      </w:tr>
    </w:tbl>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Requisito 3</w:t>
            </w:r>
          </w:p>
          <w:p/>
        </w:tc>
        <w:tc>
          <w:tcPr>
            <w:tcW w:type="dxa" w:w="3458"/>
          </w:tcPr>
          <w:p>
            <w:r>
              <w:rPr>
                <w:color w:val="555555"/>
                <w:sz w:val="15"/>
              </w:rPr>
              <w:t>Cumple:  sí · no</w:t>
            </w:r>
          </w:p>
          <w:p/>
        </w:tc>
      </w:tr>
    </w:tbl>
    <w:p>
      <w:pPr>
        <w:spacing w:before="160" w:after="40"/>
      </w:pPr>
      <w:r>
        <w:rPr>
          <w:b/>
          <w:sz w:val="21"/>
        </w:rPr>
        <w:t>7. Referencias personales (que no sean familiares)</w:t>
      </w:r>
    </w:p>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Nombre</w:t>
            </w:r>
          </w:p>
          <w:p/>
        </w:tc>
        <w:tc>
          <w:tcPr>
            <w:tcW w:type="dxa" w:w="3458"/>
          </w:tcPr>
          <w:p>
            <w:r>
              <w:rPr>
                <w:color w:val="555555"/>
                <w:sz w:val="15"/>
              </w:rPr>
              <w:t>Teléfono</w:t>
            </w:r>
          </w:p>
          <w:p/>
        </w:tc>
      </w:tr>
    </w:tbl>
    <w:tbl>
      <w:tblPr>
        <w:tblStyle w:val="TableGrid"/>
        <w:tblW w:type="auto" w:w="0"/>
        <w:tblLayout w:type="fixed"/>
        <w:tblLook w:firstColumn="1" w:firstRow="1" w:lastColumn="0" w:lastRow="0" w:noHBand="0" w:noVBand="1" w:val="04A0"/>
      </w:tblPr>
      <w:tblGrid>
        <w:gridCol w:w="5213"/>
        <w:gridCol w:w="5213"/>
      </w:tblGrid>
      <w:tr>
        <w:tc>
          <w:tcPr>
            <w:tcW w:type="dxa" w:w="6917"/>
          </w:tcPr>
          <w:p>
            <w:r>
              <w:rPr>
                <w:color w:val="555555"/>
                <w:sz w:val="15"/>
              </w:rPr>
              <w:t>Nombre</w:t>
            </w:r>
          </w:p>
          <w:p/>
        </w:tc>
        <w:tc>
          <w:tcPr>
            <w:tcW w:type="dxa" w:w="3458"/>
          </w:tcPr>
          <w:p>
            <w:r>
              <w:rPr>
                <w:color w:val="555555"/>
                <w:sz w:val="15"/>
              </w:rPr>
              <w:t>Teléfono</w:t>
            </w:r>
          </w:p>
          <w:p/>
        </w:tc>
      </w:tr>
    </w:tbl>
    <w:p>
      <w:pPr>
        <w:spacing w:before="160"/>
      </w:pPr>
      <w:r>
        <w:rPr>
          <w:sz w:val="17"/>
        </w:rPr>
        <w:t>Para la contratación (no se piden en esta solicitud): INE vigente, CURP, RFC o Constancia de Situación Fiscal, número de seguridad social, comprobante de domicilio y comprobante de estudios si el puesto lo pide.</w:t>
      </w:r>
    </w:p>
    <w:p>
      <w:r>
        <w:rPr>
          <w:color w:val="555555"/>
          <w:sz w:val="16"/>
        </w:rPr>
        <w:t>Tus datos se usan sólo para este proceso de selección, conforme al aviso de privacidad de la empresa. Esta solicitud no pregunta tu edad, estado civil, religión ni si tienes hijos, y no se pide prueba de embarazo: la Ley Federal del Trabajo prohíbe descartar a alguien por esos motivos (artículo 133).</w:t>
      </w:r>
    </w:p>
    <w:tbl>
      <w:tblPr>
        <w:tblStyle w:val="TableGrid"/>
        <w:tblW w:type="auto" w:w="0"/>
        <w:tblLook w:firstColumn="1" w:firstRow="1" w:lastColumn="0" w:lastRow="0" w:noHBand="0" w:noVBand="1" w:val="04A0"/>
      </w:tblPr>
      <w:tblGrid>
        <w:gridCol w:w="5213"/>
        <w:gridCol w:w="5213"/>
      </w:tblGrid>
      <w:tr>
        <w:tc>
          <w:tcPr>
            <w:tcW w:type="dxa" w:w="5213"/>
          </w:tcPr>
          <w:p>
            <w:r>
              <w:rPr>
                <w:sz w:val="15"/>
              </w:rPr>
              <w:t>Firma de quien solicita</w:t>
            </w:r>
          </w:p>
          <w:p/>
        </w:tc>
        <w:tc>
          <w:tcPr>
            <w:tcW w:type="dxa" w:w="5213"/>
          </w:tcPr>
          <w:p>
            <w:r>
              <w:rPr>
                <w:sz w:val="15"/>
              </w:rPr>
              <w:t>Fecha</w:t>
            </w:r>
          </w:p>
          <w:p/>
        </w:tc>
      </w:tr>
    </w:tbl>
    <w:p>
      <w:pPr>
        <w:spacing w:before="120"/>
        <w:jc w:val="center"/>
      </w:pPr>
      <w:r>
        <w:rPr>
          <w:color w:val="888888"/>
          <w:sz w:val="14"/>
        </w:rPr>
        <w:t>Formato gratuito de FILTRA · filtra.mx/blog/formato-de-solicitud-de-empleo</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